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משפחה ובית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בני משפחה וחלקי 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יום במשפחה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פשוטים על 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קומה רביעית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מיטה שולחן וארון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תמונה של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לסבתא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שיש שני אחים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אמא מבשלת ואבא עוזר לחתוך ירקות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בטקסט שבערב כולם יושבים ואוכלים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בטקסט כתוב שהוא משחק עם כלב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שהם נוסעים לסבתא ואוכלים עוגה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רביעית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מטבח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(אמא אבא וילדים ביחד)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(אמא של אמא או של אבא)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(חדר שמבשלים בו 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(חיה שגרה בבית)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(רהיט שישנים עליו)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המשפטים לפי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 גר בדירה עם אמא אבא ושני אחים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אמא מבשלת מרק ואבא עוזר לחתוך ירקות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בערב כל המשפחה אוכלת ארוחת ערב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האח הקטן משחק עם הכלב בסלון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בשבת נוסעים לסבתא ואוכלים עוגה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החדר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ארבעה משפטים פשוטים עם לפחות שתי מילים מאוצר המילים כמו חדר מיטה או ארון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 כמו אמא אבא אח או אחות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מטבח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אוכלים ארוחת ערב ביחד או יושבים ביחד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פעם נוספת לפני תחילת הדף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מומלץ לעבוד בזוגות כדי לתרגל 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לבקש מהתלמידים להקריא את מה שכתבו בקול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משפחה ובית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מסופר על ילד שגר עם המשפחה שלו בדירה. יש בו תיאור של החדר, המטבח, הארוחה המשותפת והביקור אצל הסבתא בשבת. בדף נתרגל את המילים והמשפטים מהטקסט.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קומה גרה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קומה 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קומה 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קומה רביעית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קומה חמישית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יש בחדר של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מיטה שולחן וארון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טלוויזיה ומחשב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ספה ושטיח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מקרר ותנור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יש על הקיר בחדר?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תמונה של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לוח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מבשלת מרק במטבח?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האח הקטן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לאן נוסעת המשפחה בשבת?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לפארק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לקניון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במשפחה יש שני אחים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אבא מבשל מרק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המשפחה אוכלת ארוחת ערב ביחד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האח הקטן אוהב לשחק עם חתול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בשבת המשפחה אוכלת עוגה אצל הסבתא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גר בדירה בקומה __________ עם אמא אבא ושני אחים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ב__________ שלי יש מיטה שולחן וארון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ב__________ אמא מבשלת מרק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אבא עוזר ל__________ לחתוך ירקות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האח הקטן אוהב לשחק עם ה__________ שלנו בסלון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חיה שגרה בבית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אמא אבא וילדים ביחד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רהיט שישנים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אמא של אמא או של אבא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חדר שמבשלים בו אוכל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המשפטים לפי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בערב כל המשפחה אוכלת ארוחת ערב ביחד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האח הקטן משחק עם הכלב בסלון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מבשלת מרק ואבא עוזר לחתוך ירקות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בשבת נוסעים לסבתא ואוכלים עוגה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אני גר בדירה עם אמא אבא ושני אחים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על החדר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את החדר שלכם בארבעה משפטים: מה יש בחדר, איזה צבע יש בקיר, מה אתם אוהבים לעשות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בן משפחה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מבשלים אוכל בבית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המשפחה בערב ביחד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משפחה ובית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