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בני משפחה וחלקי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על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קומה רביעית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מיטה שולחן וארון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תמונה של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שיש שני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אמא מבשלת ואבא עוזר לחתוך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שבערב כולם יושבים ואוכלים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כתוב שהוא משחק עם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שהם נוסעים לסבתא ואוכלים עוגה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רביעית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(אמא אבא וילדים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(חדר שמבשלים בו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(חיה שגרה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(רהיט שישנים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המשפטים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גר בדירה עם אמא אבא ושני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מבשלת מרק ואבא עוזר לחתוך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בערב כל המשפחה אוכלת ארוחת ערב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האח הקטן משחק עם הכלב בסלון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בשבת נוסעים לסבתא ואוכלים עוגה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החדר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ארבעה משפטים פשוטים עם לפחות שתי מילים מאוצר המילים כמו חדר מיטה או ארון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כמו אמא אבא אח או אחות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ארוחת ערב ביחד או יושבים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פעם נוספת לפני תחילת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מומלץ לעבוד בזוגות כדי לתרגל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לבקש מהתלמידים להקריא את מה שכתבו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טקסט קצר על משפחה. הילד גר בבית עם אמא, אבא ואחים. נלמד מילים כמו אמא, אבא, אח, בית, חדר.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 וילדים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שמטפלת בילדים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הגבר שמטפל בילדים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שיש לו אותם 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אמא או של אבא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 שבו מבשלים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בבית לישון או לשבת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שגרה בבית עם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גרה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קומה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קומה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קומה רביעית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קומה חמישית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בחדר?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מיטה שולחן וארון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טלוויזיה ומחשב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ספה ושטיח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מקרר ותנור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תלוי על הקיר?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של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מבשל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נוסעים בשבת?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במשפחה יש שני אחים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מבשל מרק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המשפחה אוכלת ארוחת ערב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הקטן אוהב לשחק עם חתול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המשפחה אוכלת עוגה אצל הסבתא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 בדירה בקומה __________ עם אמא אבא ושני אחים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שלי יש מיטה שולחן וארון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אמא מבשלת מרק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אבא עוזר ל__________ לחתוך ירקות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האח הקטן אוהב לשחק עם ה__________ שלנו בסלון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רהיט שישנים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חיה שגרה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חדר שמבשלים בו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אמא אבא וילדים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המשפטים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מבשלת מרק ואבא עוזר לחתוך ירקות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כל המשפחה אוכלת ארוחת ערב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נוסעים לסבתא ואוכלים עוגה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גר בדירה עם אמא אבא ושני אחים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הקטן משחק עם הכלב בסלון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החדר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החדר שלכם בארבעה משפטים: מה יש בחדר, איזה צבע יש בקיר, מה אתם אוהבים לעשות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בן משפחה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מבשלים אוכל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המשפחה בערב ביחד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