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בני משפחה וחלקי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קומה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מיטה שולחן וארון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אמא מבשלת ואבא עוזר לחתוך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(אמא אבא וילדים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(חדר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(חיה שגרה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גר בדירה עם אמא אבא ושני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מבשלת מרק ואבא עוזר לחתוך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בערב כל המשפחה אוכלת ארוחת ערב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החדר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משפטים פשוטים עם לפחות שתי מילים מאוצר המילים כמו חדר מיטה או ארון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כמו אמא אבא אח או אחות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ארוחת ערב ביחד או יושבים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כדי לתרגל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מה שכתבו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מסופר על ילד שגר עם המשפחה שלו בדירה. יש בו תיאור של החדר, המטבח, הארוחה המשותפת והביקור אצל הסבתא בשבת. בדף נתרגל את המילים והמשפטים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רביעית  ·  חדר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קומה גרה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קומה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קומה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קומה 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בחדר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מיטה שולחן וארון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טלוויזיה ומחשב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ספה ושטיח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במשפחה יש שני אחים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מבשל מרק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גר בדירה בקומה __________ עם אמא אבא ושני אחים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שלי יש מיטה שולחן וארון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חיה שגרה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אמא אבא וילדים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חדר שמבשלים בו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המשפטים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בערב כל המשפחה אוכלת ארוחת ערב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 גר בדירה עם אמא אבא ושני אחים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מבשלת מרק ואבא עוזר לחתוך ירקות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החדר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את החדר שלכם בארבעה משפטים: מה יש בחדר, איזה צבע יש בקיר, מה אתם אוהבים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בן משפחה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מבשלים אוכל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